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BFB56" w14:textId="77777777" w:rsidR="00F41F79" w:rsidRDefault="000D7B8C">
      <w:pPr>
        <w:spacing w:after="40"/>
        <w:jc w:val="center"/>
      </w:pPr>
      <w:r>
        <w:rPr>
          <w:b/>
          <w:color w:val="00204A"/>
          <w:sz w:val="44"/>
        </w:rPr>
        <w:t>LONDON'S TEN OLDEST RESTAURANTS</w:t>
      </w:r>
    </w:p>
    <w:p w14:paraId="2D15DE12" w14:textId="77777777" w:rsidR="00F41F79" w:rsidRDefault="000D7B8C">
      <w:pPr>
        <w:spacing w:after="400"/>
        <w:jc w:val="center"/>
      </w:pPr>
      <w:r>
        <w:rPr>
          <w:i/>
          <w:color w:val="646E78"/>
          <w:sz w:val="22"/>
        </w:rPr>
        <w:t>A Chronological Guide to Historic Dining Institutions | Complete Directory</w:t>
      </w:r>
    </w:p>
    <w:p w14:paraId="3AF52B7C" w14:textId="77777777" w:rsidR="00F41F79" w:rsidRDefault="00F41F79">
      <w:pPr>
        <w:pBdr>
          <w:bottom w:val="single" w:sz="12" w:space="1" w:color="00204A"/>
        </w:pBdr>
        <w:spacing w:after="400"/>
      </w:pPr>
    </w:p>
    <w:p w14:paraId="6A9210CE" w14:textId="77777777" w:rsidR="00F41F79" w:rsidRDefault="000D7B8C">
      <w:pPr>
        <w:spacing w:after="400"/>
      </w:pPr>
      <w:r>
        <w:t>While the definition of a restaurant has evolved over centuries—spanning oyster stalls, chop houses, coffee shops, and private clubs—these ten establishments represent London's oldest continuously operating dining institutions. Ordered chronologically by their original founding dates, this curated directory details their history, location, culinary specialties, and full contact information.</w:t>
      </w:r>
    </w:p>
    <w:tbl>
      <w:tblPr>
        <w:tblW w:w="0" w:type="auto"/>
        <w:jc w:val="center"/>
        <w:tblLayout w:type="fixed"/>
        <w:tblLook w:val="04A0" w:firstRow="1" w:lastRow="0" w:firstColumn="1" w:lastColumn="0" w:noHBand="0" w:noVBand="1"/>
      </w:tblPr>
      <w:tblGrid>
        <w:gridCol w:w="9360"/>
      </w:tblGrid>
      <w:tr w:rsidR="00F41F79" w14:paraId="655B81B8"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009BAA19" w14:textId="77777777" w:rsidR="00F41F79" w:rsidRDefault="000D7B8C">
            <w:pPr>
              <w:spacing w:after="80"/>
            </w:pPr>
            <w:r>
              <w:rPr>
                <w:b/>
                <w:color w:val="00204A"/>
                <w:sz w:val="26"/>
              </w:rPr>
              <w:t xml:space="preserve">1. Wiltons </w:t>
            </w:r>
            <w:r>
              <w:rPr>
                <w:b/>
                <w:color w:val="646E78"/>
                <w:sz w:val="22"/>
              </w:rPr>
              <w:t>(Est. 1742)</w:t>
            </w:r>
          </w:p>
          <w:p w14:paraId="6ED92CD6" w14:textId="77777777" w:rsidR="00F41F79" w:rsidRDefault="000D7B8C">
            <w:pPr>
              <w:spacing w:after="80"/>
            </w:pPr>
            <w:r>
              <w:rPr>
                <w:b/>
                <w:color w:val="646E78"/>
                <w:sz w:val="19"/>
              </w:rPr>
              <w:t xml:space="preserve">Location: </w:t>
            </w:r>
            <w:r>
              <w:t xml:space="preserve">St. James's   |   </w:t>
            </w:r>
            <w:r>
              <w:rPr>
                <w:b/>
                <w:color w:val="646E78"/>
                <w:sz w:val="19"/>
              </w:rPr>
              <w:t xml:space="preserve">Specialty: </w:t>
            </w:r>
            <w:r>
              <w:rPr>
                <w:b/>
                <w:sz w:val="19"/>
              </w:rPr>
              <w:t>Seafood &amp; Shellfish</w:t>
            </w:r>
          </w:p>
          <w:p w14:paraId="1C9A10F2" w14:textId="799AA1C7" w:rsidR="00F41F79" w:rsidRDefault="000D7B8C">
            <w:pPr>
              <w:spacing w:before="40" w:after="160"/>
            </w:pPr>
            <w:r>
              <w:rPr>
                <w:b/>
                <w:color w:val="00204A"/>
                <w:sz w:val="20"/>
              </w:rPr>
              <w:t xml:space="preserve">Short History: </w:t>
            </w:r>
            <w:r>
              <w:rPr>
                <w:sz w:val="20"/>
              </w:rPr>
              <w:t>Wiltons began life over 280 years ago as a humble shellfish stall in Haymarket run by George William Wilton. It evolved into a formal sit-down oyster room in the 1800s and now operates in St. James's, serving classic British seafood, oysters, and</w:t>
            </w:r>
            <w:r>
              <w:rPr>
                <w:sz w:val="20"/>
              </w:rPr>
              <w:t xml:space="preserve"> game.</w:t>
            </w:r>
          </w:p>
          <w:p w14:paraId="5D88D4E0" w14:textId="77777777" w:rsidR="00F41F79" w:rsidRDefault="000D7B8C">
            <w:pPr>
              <w:spacing w:after="0" w:line="288" w:lineRule="auto"/>
            </w:pPr>
            <w:r>
              <w:rPr>
                <w:b/>
                <w:color w:val="00204A"/>
                <w:sz w:val="19"/>
              </w:rPr>
              <w:t xml:space="preserve">Address: </w:t>
            </w:r>
            <w:r>
              <w:t>55 Jermyn Street, St. James's, London SW1Y 6LX</w:t>
            </w:r>
            <w:r>
              <w:br/>
            </w:r>
            <w:r>
              <w:rPr>
                <w:b/>
                <w:color w:val="00204A"/>
                <w:sz w:val="19"/>
              </w:rPr>
              <w:t xml:space="preserve">Telephone: </w:t>
            </w:r>
            <w:r>
              <w:t>+44 (0)20 7629 9955</w:t>
            </w:r>
            <w:r>
              <w:br/>
            </w:r>
            <w:r>
              <w:rPr>
                <w:b/>
                <w:color w:val="00204A"/>
                <w:sz w:val="19"/>
              </w:rPr>
              <w:t xml:space="preserve">Website: </w:t>
            </w:r>
            <w:r>
              <w:rPr>
                <w:i/>
                <w:sz w:val="19"/>
              </w:rPr>
              <w:t>www.wiltons.co.uk</w:t>
            </w:r>
          </w:p>
        </w:tc>
      </w:tr>
    </w:tbl>
    <w:p w14:paraId="028C62B7" w14:textId="77777777" w:rsidR="00F41F79" w:rsidRDefault="00F41F79">
      <w:pPr>
        <w:spacing w:after="120"/>
      </w:pPr>
    </w:p>
    <w:p w14:paraId="09467478" w14:textId="77777777" w:rsidR="00AD7AB1" w:rsidRDefault="00AD7AB1">
      <w:pPr>
        <w:spacing w:after="120"/>
      </w:pPr>
    </w:p>
    <w:p w14:paraId="18C8F9BF"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7726F733"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5EB3A50D" w14:textId="77777777" w:rsidR="00F41F79" w:rsidRDefault="000D7B8C">
            <w:pPr>
              <w:spacing w:after="80"/>
            </w:pPr>
            <w:r>
              <w:rPr>
                <w:b/>
                <w:color w:val="00204A"/>
                <w:sz w:val="26"/>
              </w:rPr>
              <w:t xml:space="preserve">2. Rules </w:t>
            </w:r>
            <w:r>
              <w:rPr>
                <w:b/>
                <w:color w:val="646E78"/>
                <w:sz w:val="22"/>
              </w:rPr>
              <w:t>(Est. 1798)</w:t>
            </w:r>
          </w:p>
          <w:p w14:paraId="2CCFC1C3" w14:textId="77777777" w:rsidR="00F41F79" w:rsidRDefault="000D7B8C">
            <w:pPr>
              <w:spacing w:after="80"/>
            </w:pPr>
            <w:r>
              <w:rPr>
                <w:b/>
                <w:color w:val="646E78"/>
                <w:sz w:val="19"/>
              </w:rPr>
              <w:t xml:space="preserve">Location: </w:t>
            </w:r>
            <w:r>
              <w:t xml:space="preserve">Covent Garden   |   </w:t>
            </w:r>
            <w:r>
              <w:rPr>
                <w:b/>
                <w:color w:val="646E78"/>
                <w:sz w:val="19"/>
              </w:rPr>
              <w:t xml:space="preserve">Specialty: </w:t>
            </w:r>
            <w:r>
              <w:rPr>
                <w:b/>
                <w:sz w:val="19"/>
              </w:rPr>
              <w:t>Traditional British Game &amp; Pies</w:t>
            </w:r>
          </w:p>
          <w:p w14:paraId="39491EBF" w14:textId="7121D246" w:rsidR="00F41F79" w:rsidRDefault="000D7B8C">
            <w:pPr>
              <w:spacing w:before="40" w:after="160"/>
            </w:pPr>
            <w:r>
              <w:rPr>
                <w:b/>
                <w:color w:val="00204A"/>
                <w:sz w:val="20"/>
              </w:rPr>
              <w:t xml:space="preserve">Short History: </w:t>
            </w:r>
            <w:r>
              <w:rPr>
                <w:sz w:val="20"/>
              </w:rPr>
              <w:t xml:space="preserve">Officially recognized as London’s oldest continuously operating restaurant on a single site with the same core concept. Established by Thomas Rule in 1798, it is famous for its artwork-laden, Victorian interior and historic ties to literary legends like Charles Dickens and </w:t>
            </w:r>
            <w:r w:rsidR="00AD7AB1">
              <w:rPr>
                <w:sz w:val="20"/>
              </w:rPr>
              <w:br/>
            </w:r>
            <w:r>
              <w:rPr>
                <w:sz w:val="20"/>
              </w:rPr>
              <w:t>H.G. Wells.</w:t>
            </w:r>
          </w:p>
          <w:p w14:paraId="452D551C" w14:textId="77777777" w:rsidR="00F41F79" w:rsidRDefault="000D7B8C">
            <w:pPr>
              <w:spacing w:after="0" w:line="288" w:lineRule="auto"/>
            </w:pPr>
            <w:r>
              <w:rPr>
                <w:b/>
                <w:color w:val="00204A"/>
                <w:sz w:val="19"/>
              </w:rPr>
              <w:t xml:space="preserve">Address: </w:t>
            </w:r>
            <w:r>
              <w:t>35 Maiden Lane, Covent Garden, London WC2E 7LB</w:t>
            </w:r>
            <w:r>
              <w:br/>
            </w:r>
            <w:r>
              <w:rPr>
                <w:b/>
                <w:color w:val="00204A"/>
                <w:sz w:val="19"/>
              </w:rPr>
              <w:t xml:space="preserve">Telephone: </w:t>
            </w:r>
            <w:r>
              <w:t>+44 (0)20 7836 5314</w:t>
            </w:r>
            <w:r>
              <w:br/>
            </w:r>
            <w:r>
              <w:rPr>
                <w:b/>
                <w:color w:val="00204A"/>
                <w:sz w:val="19"/>
              </w:rPr>
              <w:t xml:space="preserve">Website: </w:t>
            </w:r>
            <w:r>
              <w:rPr>
                <w:i/>
                <w:sz w:val="19"/>
              </w:rPr>
              <w:t>www.rules.co.uk</w:t>
            </w:r>
          </w:p>
        </w:tc>
      </w:tr>
    </w:tbl>
    <w:p w14:paraId="2CE64C2D" w14:textId="77777777" w:rsidR="00F41F79" w:rsidRDefault="00F41F79">
      <w:pPr>
        <w:spacing w:after="120"/>
      </w:pPr>
    </w:p>
    <w:p w14:paraId="69072145" w14:textId="77777777" w:rsidR="00AD7AB1" w:rsidRDefault="00AD7AB1">
      <w:pPr>
        <w:spacing w:after="120"/>
      </w:pPr>
    </w:p>
    <w:p w14:paraId="3E0DBF4E" w14:textId="77777777" w:rsidR="00AD7AB1" w:rsidRDefault="00AD7AB1">
      <w:pPr>
        <w:spacing w:after="120"/>
      </w:pPr>
    </w:p>
    <w:p w14:paraId="773949AA" w14:textId="77777777" w:rsidR="00AD7AB1" w:rsidRDefault="00AD7AB1">
      <w:pPr>
        <w:spacing w:after="120"/>
      </w:pPr>
    </w:p>
    <w:p w14:paraId="7908BAD2"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58C7B28B"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1A051C5D" w14:textId="5B5C5044" w:rsidR="00F41F79" w:rsidRDefault="000D7B8C">
            <w:pPr>
              <w:spacing w:after="80"/>
            </w:pPr>
            <w:r>
              <w:rPr>
                <w:b/>
                <w:color w:val="00204A"/>
                <w:sz w:val="26"/>
              </w:rPr>
              <w:t xml:space="preserve">3. Simpson’s-in-the-Strand </w:t>
            </w:r>
            <w:r>
              <w:rPr>
                <w:b/>
                <w:color w:val="646E78"/>
                <w:sz w:val="22"/>
              </w:rPr>
              <w:t>(Est. 1828)</w:t>
            </w:r>
          </w:p>
          <w:p w14:paraId="511DD03C" w14:textId="77777777" w:rsidR="00F41F79" w:rsidRDefault="000D7B8C">
            <w:pPr>
              <w:spacing w:after="80"/>
            </w:pPr>
            <w:r>
              <w:rPr>
                <w:b/>
                <w:color w:val="646E78"/>
                <w:sz w:val="19"/>
              </w:rPr>
              <w:t xml:space="preserve">Location: </w:t>
            </w:r>
            <w:r>
              <w:t xml:space="preserve">The Strand   |   </w:t>
            </w:r>
            <w:r>
              <w:rPr>
                <w:b/>
                <w:color w:val="646E78"/>
                <w:sz w:val="19"/>
              </w:rPr>
              <w:t xml:space="preserve">Specialty: </w:t>
            </w:r>
            <w:r>
              <w:rPr>
                <w:b/>
                <w:sz w:val="19"/>
              </w:rPr>
              <w:t>Traditional British Roast Meats</w:t>
            </w:r>
          </w:p>
          <w:p w14:paraId="7FCA6D54" w14:textId="690AB8B1" w:rsidR="00F41F79" w:rsidRDefault="000D7B8C">
            <w:pPr>
              <w:spacing w:before="40" w:after="160"/>
            </w:pPr>
            <w:r>
              <w:rPr>
                <w:b/>
                <w:color w:val="00204A"/>
                <w:sz w:val="20"/>
              </w:rPr>
              <w:t xml:space="preserve">Short History: </w:t>
            </w:r>
            <w:r>
              <w:rPr>
                <w:sz w:val="20"/>
              </w:rPr>
              <w:t>Initially opened as a chess club and coffee house before transitioning into a restaurant. It became world-famous for rolling out joints of roast beef</w:t>
            </w:r>
            <w:r w:rsidR="00AD7AB1">
              <w:rPr>
                <w:sz w:val="20"/>
              </w:rPr>
              <w:t>, l</w:t>
            </w:r>
            <w:r>
              <w:rPr>
                <w:sz w:val="20"/>
              </w:rPr>
              <w:t>amb</w:t>
            </w:r>
            <w:r w:rsidR="00AD7AB1">
              <w:rPr>
                <w:sz w:val="20"/>
              </w:rPr>
              <w:t>, and duck</w:t>
            </w:r>
            <w:r>
              <w:rPr>
                <w:sz w:val="20"/>
              </w:rPr>
              <w:t xml:space="preserve"> on silver-domed trolleys—a tradition created so waiters wouldn't disturb chess matches in progress.</w:t>
            </w:r>
          </w:p>
          <w:p w14:paraId="13D12010" w14:textId="77777777" w:rsidR="00F41F79" w:rsidRDefault="000D7B8C">
            <w:pPr>
              <w:spacing w:after="0" w:line="288" w:lineRule="auto"/>
            </w:pPr>
            <w:r>
              <w:rPr>
                <w:b/>
                <w:color w:val="00204A"/>
                <w:sz w:val="19"/>
              </w:rPr>
              <w:t xml:space="preserve">Address: </w:t>
            </w:r>
            <w:r>
              <w:t>100 Strand, London WC2R 0EW</w:t>
            </w:r>
            <w:r>
              <w:br/>
            </w:r>
            <w:r>
              <w:rPr>
                <w:b/>
                <w:color w:val="00204A"/>
                <w:sz w:val="19"/>
              </w:rPr>
              <w:t xml:space="preserve">Telephone: </w:t>
            </w:r>
            <w:r>
              <w:t>+44 (0)20 7836 9112</w:t>
            </w:r>
            <w:r>
              <w:br/>
            </w:r>
            <w:r>
              <w:rPr>
                <w:b/>
                <w:color w:val="00204A"/>
                <w:sz w:val="19"/>
              </w:rPr>
              <w:t xml:space="preserve">Website: </w:t>
            </w:r>
            <w:r>
              <w:rPr>
                <w:i/>
                <w:sz w:val="19"/>
              </w:rPr>
              <w:t>www.simpsonsinthestrand.co.uk</w:t>
            </w:r>
          </w:p>
        </w:tc>
      </w:tr>
    </w:tbl>
    <w:p w14:paraId="00196933" w14:textId="77777777" w:rsidR="00F41F79" w:rsidRDefault="00F41F79">
      <w:pPr>
        <w:spacing w:after="120"/>
      </w:pPr>
    </w:p>
    <w:p w14:paraId="5BAE2500" w14:textId="77777777" w:rsidR="00AD7AB1" w:rsidRDefault="00AD7AB1">
      <w:pPr>
        <w:spacing w:after="120"/>
      </w:pPr>
    </w:p>
    <w:p w14:paraId="03E274B0"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7A15FAAB"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69E56FD0" w14:textId="77777777" w:rsidR="00F41F79" w:rsidRDefault="000D7B8C">
            <w:pPr>
              <w:spacing w:after="80"/>
            </w:pPr>
            <w:r>
              <w:rPr>
                <w:b/>
                <w:color w:val="00204A"/>
                <w:sz w:val="26"/>
              </w:rPr>
              <w:t xml:space="preserve">4. Scott’s </w:t>
            </w:r>
            <w:r>
              <w:rPr>
                <w:b/>
                <w:color w:val="646E78"/>
                <w:sz w:val="22"/>
              </w:rPr>
              <w:t>(Est. 1851)</w:t>
            </w:r>
          </w:p>
          <w:p w14:paraId="21FF77CD" w14:textId="77777777" w:rsidR="00F41F79" w:rsidRDefault="000D7B8C">
            <w:pPr>
              <w:spacing w:after="80"/>
            </w:pPr>
            <w:r>
              <w:rPr>
                <w:b/>
                <w:color w:val="646E78"/>
                <w:sz w:val="19"/>
              </w:rPr>
              <w:t xml:space="preserve">Location: </w:t>
            </w:r>
            <w:r>
              <w:t xml:space="preserve">Mayfair   |   </w:t>
            </w:r>
            <w:r>
              <w:rPr>
                <w:b/>
                <w:color w:val="646E78"/>
                <w:sz w:val="19"/>
              </w:rPr>
              <w:t xml:space="preserve">Specialty: </w:t>
            </w:r>
            <w:r>
              <w:rPr>
                <w:b/>
                <w:sz w:val="19"/>
              </w:rPr>
              <w:t>Fine Seafood &amp; Oysters</w:t>
            </w:r>
          </w:p>
          <w:p w14:paraId="60A3B08A" w14:textId="77777777" w:rsidR="00F41F79" w:rsidRDefault="000D7B8C">
            <w:pPr>
              <w:spacing w:before="40" w:after="160"/>
            </w:pPr>
            <w:r>
              <w:rPr>
                <w:b/>
                <w:color w:val="00204A"/>
                <w:sz w:val="20"/>
              </w:rPr>
              <w:t xml:space="preserve">Short History: </w:t>
            </w:r>
            <w:r>
              <w:rPr>
                <w:sz w:val="20"/>
              </w:rPr>
              <w:t>Opened by fishmonger John Scott as an oyster warehouse on Coventry Street, Scott's grew into one of London's most glamorous dining destinations before moving to Mayfair in 1967. It is famously where Ian Fleming reportedly discovered the 'shaken, not stirred' martini.</w:t>
            </w:r>
          </w:p>
          <w:p w14:paraId="02B87966" w14:textId="77777777" w:rsidR="00F41F79" w:rsidRDefault="000D7B8C">
            <w:pPr>
              <w:spacing w:after="0" w:line="288" w:lineRule="auto"/>
            </w:pPr>
            <w:r>
              <w:rPr>
                <w:b/>
                <w:color w:val="00204A"/>
                <w:sz w:val="19"/>
              </w:rPr>
              <w:t xml:space="preserve">Address: </w:t>
            </w:r>
            <w:r>
              <w:t>20 Mount Street, Mayfair, London W1K 2HE</w:t>
            </w:r>
            <w:r>
              <w:br/>
            </w:r>
            <w:r>
              <w:rPr>
                <w:b/>
                <w:color w:val="00204A"/>
                <w:sz w:val="19"/>
              </w:rPr>
              <w:t xml:space="preserve">Telephone: </w:t>
            </w:r>
            <w:r>
              <w:t>+44 (0)20 7495 7309</w:t>
            </w:r>
            <w:r>
              <w:br/>
            </w:r>
            <w:r>
              <w:rPr>
                <w:b/>
                <w:color w:val="00204A"/>
                <w:sz w:val="19"/>
              </w:rPr>
              <w:t xml:space="preserve">Website: </w:t>
            </w:r>
            <w:r>
              <w:rPr>
                <w:i/>
                <w:sz w:val="19"/>
              </w:rPr>
              <w:t>www.scotts-mayfair.com</w:t>
            </w:r>
          </w:p>
        </w:tc>
      </w:tr>
    </w:tbl>
    <w:p w14:paraId="383E704E" w14:textId="77777777" w:rsidR="00F41F79" w:rsidRDefault="00F41F79">
      <w:pPr>
        <w:spacing w:after="120"/>
      </w:pPr>
    </w:p>
    <w:p w14:paraId="59C6D3E6" w14:textId="77777777" w:rsidR="00AD7AB1" w:rsidRDefault="00AD7AB1">
      <w:pPr>
        <w:spacing w:after="120"/>
      </w:pPr>
    </w:p>
    <w:p w14:paraId="51382D0F"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5C032048"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4E67263E" w14:textId="77777777" w:rsidR="00F41F79" w:rsidRDefault="000D7B8C">
            <w:pPr>
              <w:spacing w:after="80"/>
            </w:pPr>
            <w:r>
              <w:rPr>
                <w:b/>
                <w:color w:val="00204A"/>
                <w:sz w:val="26"/>
              </w:rPr>
              <w:t xml:space="preserve">5. Quality Chop House </w:t>
            </w:r>
            <w:r>
              <w:rPr>
                <w:b/>
                <w:color w:val="646E78"/>
                <w:sz w:val="22"/>
              </w:rPr>
              <w:t>(Est. 1869)</w:t>
            </w:r>
          </w:p>
          <w:p w14:paraId="6633046B" w14:textId="77777777" w:rsidR="00F41F79" w:rsidRDefault="000D7B8C">
            <w:pPr>
              <w:spacing w:after="80"/>
            </w:pPr>
            <w:r>
              <w:rPr>
                <w:b/>
                <w:color w:val="646E78"/>
                <w:sz w:val="19"/>
              </w:rPr>
              <w:t xml:space="preserve">Location: </w:t>
            </w:r>
            <w:r>
              <w:t xml:space="preserve">Farringdon / Clerkenwell   |   </w:t>
            </w:r>
            <w:r>
              <w:rPr>
                <w:b/>
                <w:color w:val="646E78"/>
                <w:sz w:val="19"/>
              </w:rPr>
              <w:t xml:space="preserve">Specialty: </w:t>
            </w:r>
            <w:r>
              <w:rPr>
                <w:b/>
                <w:sz w:val="19"/>
              </w:rPr>
              <w:t>Modern British &amp; Steaks</w:t>
            </w:r>
          </w:p>
          <w:p w14:paraId="4E3D6C4A" w14:textId="77777777" w:rsidR="00F41F79" w:rsidRDefault="000D7B8C">
            <w:pPr>
              <w:spacing w:before="40" w:after="160"/>
            </w:pPr>
            <w:r>
              <w:rPr>
                <w:b/>
                <w:color w:val="00204A"/>
                <w:sz w:val="20"/>
              </w:rPr>
              <w:t xml:space="preserve">Short History: </w:t>
            </w:r>
            <w:r>
              <w:rPr>
                <w:sz w:val="20"/>
              </w:rPr>
              <w:t>Founded as a Victorian 'Progressive Working Class Dining House,' it retains its original Grade II-listed wooden pews and tiled layout. While maintaining its historic 19th-century aesthetic, the kitchen now serves acclaimed modern British cuisine.</w:t>
            </w:r>
          </w:p>
          <w:p w14:paraId="2570308C" w14:textId="77777777" w:rsidR="00F41F79" w:rsidRDefault="000D7B8C">
            <w:pPr>
              <w:spacing w:after="0" w:line="288" w:lineRule="auto"/>
            </w:pPr>
            <w:r>
              <w:rPr>
                <w:b/>
                <w:color w:val="00204A"/>
                <w:sz w:val="19"/>
              </w:rPr>
              <w:t xml:space="preserve">Address: </w:t>
            </w:r>
            <w:r>
              <w:t>88–94 Farringdon Road, Clerkenwell, London EC1R 3EA</w:t>
            </w:r>
            <w:r>
              <w:br/>
            </w:r>
            <w:r>
              <w:rPr>
                <w:b/>
                <w:color w:val="00204A"/>
                <w:sz w:val="19"/>
              </w:rPr>
              <w:t xml:space="preserve">Telephone: </w:t>
            </w:r>
            <w:r>
              <w:t>+44 (0)20 7278 1452</w:t>
            </w:r>
            <w:r>
              <w:br/>
            </w:r>
            <w:r>
              <w:rPr>
                <w:b/>
                <w:color w:val="00204A"/>
                <w:sz w:val="19"/>
              </w:rPr>
              <w:t xml:space="preserve">Website: </w:t>
            </w:r>
            <w:r>
              <w:rPr>
                <w:i/>
                <w:sz w:val="19"/>
              </w:rPr>
              <w:t>www.thequalitychophouse.com</w:t>
            </w:r>
          </w:p>
        </w:tc>
      </w:tr>
    </w:tbl>
    <w:p w14:paraId="7EFA578C" w14:textId="77777777" w:rsidR="00F41F79" w:rsidRDefault="00F41F79">
      <w:pPr>
        <w:spacing w:after="120"/>
      </w:pPr>
    </w:p>
    <w:p w14:paraId="7D03450B" w14:textId="77777777" w:rsidR="00AD7AB1" w:rsidRDefault="00AD7AB1">
      <w:pPr>
        <w:spacing w:after="120"/>
      </w:pPr>
    </w:p>
    <w:p w14:paraId="2A9259FF" w14:textId="77777777" w:rsidR="00AD7AB1" w:rsidRDefault="00AD7AB1">
      <w:pPr>
        <w:spacing w:after="120"/>
      </w:pPr>
    </w:p>
    <w:p w14:paraId="6FB4817C"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7EDCB2DC"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64FD9D8D" w14:textId="77777777" w:rsidR="00F41F79" w:rsidRDefault="000D7B8C">
            <w:pPr>
              <w:spacing w:after="80"/>
            </w:pPr>
            <w:r>
              <w:rPr>
                <w:b/>
                <w:color w:val="00204A"/>
                <w:sz w:val="26"/>
              </w:rPr>
              <w:t xml:space="preserve">6. Sweetings </w:t>
            </w:r>
            <w:r>
              <w:rPr>
                <w:b/>
                <w:color w:val="646E78"/>
                <w:sz w:val="22"/>
              </w:rPr>
              <w:t>(Est. 1889)</w:t>
            </w:r>
          </w:p>
          <w:p w14:paraId="709228A0" w14:textId="77777777" w:rsidR="00F41F79" w:rsidRDefault="000D7B8C">
            <w:pPr>
              <w:spacing w:after="80"/>
            </w:pPr>
            <w:r>
              <w:rPr>
                <w:b/>
                <w:color w:val="646E78"/>
                <w:sz w:val="19"/>
              </w:rPr>
              <w:t xml:space="preserve">Location: </w:t>
            </w:r>
            <w:r>
              <w:t xml:space="preserve">City of London   |   </w:t>
            </w:r>
            <w:r>
              <w:rPr>
                <w:b/>
                <w:color w:val="646E78"/>
                <w:sz w:val="19"/>
              </w:rPr>
              <w:t xml:space="preserve">Specialty: </w:t>
            </w:r>
            <w:r>
              <w:rPr>
                <w:b/>
                <w:sz w:val="19"/>
              </w:rPr>
              <w:t>Seafood &amp; Traditional Desserts</w:t>
            </w:r>
          </w:p>
          <w:p w14:paraId="322D6C60" w14:textId="3BBC0715" w:rsidR="00F41F79" w:rsidRDefault="000D7B8C">
            <w:pPr>
              <w:spacing w:before="40" w:after="160"/>
            </w:pPr>
            <w:r>
              <w:rPr>
                <w:b/>
                <w:color w:val="00204A"/>
                <w:sz w:val="20"/>
              </w:rPr>
              <w:t xml:space="preserve">Short History: </w:t>
            </w:r>
            <w:r>
              <w:rPr>
                <w:sz w:val="20"/>
              </w:rPr>
              <w:t>A legendary lunchtime-only institution in London’s financial district. Sweetings has served generations of city workers fresh fish, potted shrimp</w:t>
            </w:r>
            <w:r w:rsidR="00AD7AB1">
              <w:rPr>
                <w:sz w:val="20"/>
              </w:rPr>
              <w:t>s</w:t>
            </w:r>
            <w:r>
              <w:rPr>
                <w:sz w:val="20"/>
              </w:rPr>
              <w:t>, and classic puddings in a unique time-capsule setting featuring pewter tankards and original counter seating.</w:t>
            </w:r>
          </w:p>
          <w:p w14:paraId="13A36815" w14:textId="77777777" w:rsidR="00F41F79" w:rsidRDefault="000D7B8C">
            <w:pPr>
              <w:spacing w:after="0" w:line="288" w:lineRule="auto"/>
            </w:pPr>
            <w:r>
              <w:rPr>
                <w:b/>
                <w:color w:val="00204A"/>
                <w:sz w:val="19"/>
              </w:rPr>
              <w:t xml:space="preserve">Address: </w:t>
            </w:r>
            <w:r>
              <w:t>39 Queen Victoria Street, City of London, London EC4N 4SA</w:t>
            </w:r>
            <w:r>
              <w:br/>
            </w:r>
            <w:r>
              <w:rPr>
                <w:b/>
                <w:color w:val="00204A"/>
                <w:sz w:val="19"/>
              </w:rPr>
              <w:t xml:space="preserve">Telephone: </w:t>
            </w:r>
            <w:r>
              <w:t>+44 (0)20 7248 3062</w:t>
            </w:r>
            <w:r>
              <w:br/>
            </w:r>
            <w:r>
              <w:rPr>
                <w:b/>
                <w:color w:val="00204A"/>
                <w:sz w:val="19"/>
              </w:rPr>
              <w:t xml:space="preserve">Website: </w:t>
            </w:r>
            <w:r>
              <w:rPr>
                <w:i/>
                <w:sz w:val="19"/>
              </w:rPr>
              <w:t>www.sweetingsrestaurant.com</w:t>
            </w:r>
          </w:p>
        </w:tc>
      </w:tr>
    </w:tbl>
    <w:p w14:paraId="73C69BD4" w14:textId="77777777" w:rsidR="00F41F79" w:rsidRDefault="00F41F79">
      <w:pPr>
        <w:spacing w:after="120"/>
      </w:pPr>
    </w:p>
    <w:p w14:paraId="3D1137BF" w14:textId="77777777" w:rsidR="00AD7AB1" w:rsidRDefault="00AD7AB1">
      <w:pPr>
        <w:spacing w:after="120"/>
      </w:pPr>
    </w:p>
    <w:p w14:paraId="5057CAE7"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056EC010"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2555023D" w14:textId="77777777" w:rsidR="00F41F79" w:rsidRDefault="000D7B8C">
            <w:pPr>
              <w:spacing w:after="80"/>
            </w:pPr>
            <w:r>
              <w:rPr>
                <w:b/>
                <w:color w:val="00204A"/>
                <w:sz w:val="26"/>
              </w:rPr>
              <w:t xml:space="preserve">7. L’Escargot </w:t>
            </w:r>
            <w:r>
              <w:rPr>
                <w:b/>
                <w:color w:val="646E78"/>
                <w:sz w:val="22"/>
              </w:rPr>
              <w:t>(Est. 1896)</w:t>
            </w:r>
          </w:p>
          <w:p w14:paraId="49439921" w14:textId="77777777" w:rsidR="00F41F79" w:rsidRDefault="000D7B8C">
            <w:pPr>
              <w:spacing w:after="80"/>
            </w:pPr>
            <w:r>
              <w:rPr>
                <w:b/>
                <w:color w:val="646E78"/>
                <w:sz w:val="19"/>
              </w:rPr>
              <w:t xml:space="preserve">Location: </w:t>
            </w:r>
            <w:r>
              <w:t xml:space="preserve">Soho   |   </w:t>
            </w:r>
            <w:r>
              <w:rPr>
                <w:b/>
                <w:color w:val="646E78"/>
                <w:sz w:val="19"/>
              </w:rPr>
              <w:t xml:space="preserve">Specialty: </w:t>
            </w:r>
            <w:r>
              <w:rPr>
                <w:b/>
                <w:sz w:val="19"/>
              </w:rPr>
              <w:t>Classic French Cuisine</w:t>
            </w:r>
          </w:p>
          <w:p w14:paraId="41565EF4" w14:textId="10A18BD2" w:rsidR="00F41F79" w:rsidRDefault="000D7B8C">
            <w:pPr>
              <w:spacing w:before="40" w:after="160"/>
            </w:pPr>
            <w:r>
              <w:rPr>
                <w:b/>
                <w:color w:val="00204A"/>
                <w:sz w:val="20"/>
              </w:rPr>
              <w:t xml:space="preserve">Short History: </w:t>
            </w:r>
            <w:r>
              <w:rPr>
                <w:sz w:val="20"/>
              </w:rPr>
              <w:t>London’s oldest French restaurant, originally opened by Georges Gaudin under the name Le Bienvenue. It was the first venue in the United Kingdom to serve snails (escargot</w:t>
            </w:r>
            <w:r w:rsidR="00AD7AB1">
              <w:rPr>
                <w:sz w:val="20"/>
              </w:rPr>
              <w:t>s</w:t>
            </w:r>
            <w:r>
              <w:rPr>
                <w:sz w:val="20"/>
              </w:rPr>
              <w:t>) and quickly became a celebrated haunt for Soho’s bohemian and artistic circles.</w:t>
            </w:r>
            <w:r w:rsidR="00AD7AB1">
              <w:rPr>
                <w:sz w:val="20"/>
              </w:rPr>
              <w:t xml:space="preserve"> It has always attracted a literary and arty crowd including Francis Bacon, Lucien Freud, David Hockney, Agatha Christie and D H Lawrence. Menu changes seasonally under Head Chef James Tyrrell.</w:t>
            </w:r>
          </w:p>
          <w:p w14:paraId="298599EC" w14:textId="77777777" w:rsidR="00F41F79" w:rsidRDefault="000D7B8C">
            <w:pPr>
              <w:spacing w:after="0" w:line="288" w:lineRule="auto"/>
            </w:pPr>
            <w:r>
              <w:rPr>
                <w:b/>
                <w:color w:val="00204A"/>
                <w:sz w:val="19"/>
              </w:rPr>
              <w:t xml:space="preserve">Address: </w:t>
            </w:r>
            <w:r>
              <w:t>48 Greek Street, Soho, London W1D 4EF</w:t>
            </w:r>
            <w:r>
              <w:br/>
            </w:r>
            <w:r>
              <w:rPr>
                <w:b/>
                <w:color w:val="00204A"/>
                <w:sz w:val="19"/>
              </w:rPr>
              <w:t xml:space="preserve">Telephone: </w:t>
            </w:r>
            <w:r>
              <w:t>+44 (0)20 7439 7474</w:t>
            </w:r>
            <w:r>
              <w:br/>
            </w:r>
            <w:r>
              <w:rPr>
                <w:b/>
                <w:color w:val="00204A"/>
                <w:sz w:val="19"/>
              </w:rPr>
              <w:t xml:space="preserve">Website: </w:t>
            </w:r>
            <w:r>
              <w:rPr>
                <w:i/>
                <w:sz w:val="19"/>
              </w:rPr>
              <w:t>www.lescargot.co.uk</w:t>
            </w:r>
          </w:p>
        </w:tc>
      </w:tr>
    </w:tbl>
    <w:p w14:paraId="04CAEAAD" w14:textId="4FFFA07A" w:rsidR="00F41F79" w:rsidRDefault="00F41F79">
      <w:pPr>
        <w:spacing w:after="120"/>
      </w:pPr>
    </w:p>
    <w:p w14:paraId="1EDDC902" w14:textId="77777777" w:rsidR="00AD7AB1" w:rsidRDefault="00AD7AB1">
      <w:pPr>
        <w:spacing w:after="120"/>
      </w:pPr>
    </w:p>
    <w:p w14:paraId="7F5C7861"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49F882B2"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77999F8C" w14:textId="77777777" w:rsidR="00F41F79" w:rsidRDefault="000D7B8C">
            <w:pPr>
              <w:spacing w:after="80"/>
            </w:pPr>
            <w:r>
              <w:rPr>
                <w:b/>
                <w:color w:val="00204A"/>
                <w:sz w:val="26"/>
              </w:rPr>
              <w:t xml:space="preserve">8. Bentley’s Oyster Bar &amp; Grill </w:t>
            </w:r>
            <w:r>
              <w:rPr>
                <w:b/>
                <w:color w:val="646E78"/>
                <w:sz w:val="22"/>
              </w:rPr>
              <w:t>(Est. 1916)</w:t>
            </w:r>
          </w:p>
          <w:p w14:paraId="5B8AC09C" w14:textId="77777777" w:rsidR="00F41F79" w:rsidRDefault="000D7B8C">
            <w:pPr>
              <w:spacing w:after="80"/>
            </w:pPr>
            <w:r>
              <w:rPr>
                <w:b/>
                <w:color w:val="646E78"/>
                <w:sz w:val="19"/>
              </w:rPr>
              <w:t xml:space="preserve">Location: </w:t>
            </w:r>
            <w:r>
              <w:t xml:space="preserve">Mayfair   |   </w:t>
            </w:r>
            <w:r>
              <w:rPr>
                <w:b/>
                <w:color w:val="646E78"/>
                <w:sz w:val="19"/>
              </w:rPr>
              <w:t xml:space="preserve">Specialty: </w:t>
            </w:r>
            <w:r>
              <w:rPr>
                <w:b/>
                <w:sz w:val="19"/>
              </w:rPr>
              <w:t>Oysters &amp; Grill Specialties</w:t>
            </w:r>
          </w:p>
          <w:p w14:paraId="750BF929" w14:textId="1B170C8D" w:rsidR="00F41F79" w:rsidRDefault="000D7B8C">
            <w:pPr>
              <w:spacing w:before="40" w:after="160"/>
            </w:pPr>
            <w:r>
              <w:rPr>
                <w:b/>
                <w:color w:val="00204A"/>
                <w:sz w:val="20"/>
              </w:rPr>
              <w:t xml:space="preserve">Short History: </w:t>
            </w:r>
            <w:r>
              <w:rPr>
                <w:sz w:val="20"/>
              </w:rPr>
              <w:t xml:space="preserve">Founded during WWI by Bill Bentley, who </w:t>
            </w:r>
            <w:r w:rsidR="00AD7AB1">
              <w:rPr>
                <w:sz w:val="20"/>
              </w:rPr>
              <w:t>transported</w:t>
            </w:r>
            <w:r>
              <w:rPr>
                <w:sz w:val="20"/>
              </w:rPr>
              <w:t xml:space="preserve"> oysters directly from his family's oyster beds in Essex to Regent Street. Today, under </w:t>
            </w:r>
            <w:r w:rsidR="00AD7AB1">
              <w:rPr>
                <w:sz w:val="20"/>
              </w:rPr>
              <w:t xml:space="preserve">renowned </w:t>
            </w:r>
            <w:r>
              <w:rPr>
                <w:sz w:val="20"/>
              </w:rPr>
              <w:t>Chef Richard Corrigan, it continues to operate as one of the West End's premier seafood and oyster venues.</w:t>
            </w:r>
          </w:p>
          <w:p w14:paraId="67628796" w14:textId="77777777" w:rsidR="00F41F79" w:rsidRDefault="000D7B8C">
            <w:pPr>
              <w:spacing w:after="0" w:line="288" w:lineRule="auto"/>
            </w:pPr>
            <w:r>
              <w:rPr>
                <w:b/>
                <w:color w:val="00204A"/>
                <w:sz w:val="19"/>
              </w:rPr>
              <w:t xml:space="preserve">Address: </w:t>
            </w:r>
            <w:r>
              <w:t>11–15 Swallow Street, Mayfair, London W1B 4DG</w:t>
            </w:r>
            <w:r>
              <w:br/>
            </w:r>
            <w:r>
              <w:rPr>
                <w:b/>
                <w:color w:val="00204A"/>
                <w:sz w:val="19"/>
              </w:rPr>
              <w:t xml:space="preserve">Telephone: </w:t>
            </w:r>
            <w:r>
              <w:t>+44 (0)20 7734 4756</w:t>
            </w:r>
            <w:r>
              <w:br/>
            </w:r>
            <w:r>
              <w:rPr>
                <w:b/>
                <w:color w:val="00204A"/>
                <w:sz w:val="19"/>
              </w:rPr>
              <w:t xml:space="preserve">Website: </w:t>
            </w:r>
            <w:r>
              <w:rPr>
                <w:i/>
                <w:sz w:val="19"/>
              </w:rPr>
              <w:t>www.bentleys.org</w:t>
            </w:r>
          </w:p>
        </w:tc>
      </w:tr>
    </w:tbl>
    <w:p w14:paraId="5DBAD482" w14:textId="77777777" w:rsidR="00F41F79" w:rsidRDefault="00F41F79">
      <w:pPr>
        <w:spacing w:after="120"/>
      </w:pPr>
    </w:p>
    <w:p w14:paraId="56142451" w14:textId="77777777" w:rsidR="00AD7AB1" w:rsidRDefault="00AD7AB1">
      <w:pPr>
        <w:spacing w:after="120"/>
      </w:pPr>
    </w:p>
    <w:p w14:paraId="7BCC3076" w14:textId="77777777" w:rsidR="00AD7AB1" w:rsidRDefault="00AD7AB1">
      <w:pPr>
        <w:spacing w:after="120"/>
      </w:pPr>
    </w:p>
    <w:p w14:paraId="47BF9264" w14:textId="77777777" w:rsidR="00AD7AB1" w:rsidRDefault="00AD7AB1">
      <w:pPr>
        <w:spacing w:after="120"/>
      </w:pPr>
    </w:p>
    <w:p w14:paraId="7F410880"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63F79052"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63776401" w14:textId="77777777" w:rsidR="00F41F79" w:rsidRDefault="000D7B8C">
            <w:pPr>
              <w:spacing w:after="80"/>
            </w:pPr>
            <w:r>
              <w:rPr>
                <w:b/>
                <w:color w:val="00204A"/>
                <w:sz w:val="26"/>
              </w:rPr>
              <w:t xml:space="preserve">9. Quo Vadis </w:t>
            </w:r>
            <w:r>
              <w:rPr>
                <w:b/>
                <w:color w:val="646E78"/>
                <w:sz w:val="22"/>
              </w:rPr>
              <w:t>(Est. 1926)</w:t>
            </w:r>
          </w:p>
          <w:p w14:paraId="76445FF7" w14:textId="77777777" w:rsidR="00F41F79" w:rsidRDefault="000D7B8C">
            <w:pPr>
              <w:spacing w:after="80"/>
            </w:pPr>
            <w:r>
              <w:rPr>
                <w:b/>
                <w:color w:val="646E78"/>
                <w:sz w:val="19"/>
              </w:rPr>
              <w:t xml:space="preserve">Location: </w:t>
            </w:r>
            <w:r>
              <w:t xml:space="preserve">Soho   |   </w:t>
            </w:r>
            <w:r>
              <w:rPr>
                <w:b/>
                <w:color w:val="646E78"/>
                <w:sz w:val="19"/>
              </w:rPr>
              <w:t xml:space="preserve">Specialty: </w:t>
            </w:r>
            <w:r>
              <w:rPr>
                <w:b/>
                <w:sz w:val="19"/>
              </w:rPr>
              <w:t>Seasonal British Fine Dining</w:t>
            </w:r>
          </w:p>
          <w:p w14:paraId="38226C42" w14:textId="12BF5C82" w:rsidR="00F41F79" w:rsidRDefault="000D7B8C">
            <w:pPr>
              <w:spacing w:before="40" w:after="160"/>
            </w:pPr>
            <w:r>
              <w:rPr>
                <w:b/>
                <w:color w:val="00204A"/>
                <w:sz w:val="20"/>
              </w:rPr>
              <w:t xml:space="preserve">Short History: </w:t>
            </w:r>
            <w:r>
              <w:rPr>
                <w:sz w:val="20"/>
              </w:rPr>
              <w:t xml:space="preserve">Opened by Peppino Leoni on Dean Street </w:t>
            </w:r>
            <w:r w:rsidR="00AD7AB1">
              <w:rPr>
                <w:sz w:val="20"/>
              </w:rPr>
              <w:t xml:space="preserve">set </w:t>
            </w:r>
            <w:r>
              <w:rPr>
                <w:sz w:val="20"/>
              </w:rPr>
              <w:t>in a</w:t>
            </w:r>
            <w:r w:rsidR="00AD7AB1">
              <w:rPr>
                <w:sz w:val="20"/>
              </w:rPr>
              <w:t>n</w:t>
            </w:r>
            <w:r>
              <w:rPr>
                <w:sz w:val="20"/>
              </w:rPr>
              <w:t xml:space="preserve"> historic building that had previously </w:t>
            </w:r>
            <w:r w:rsidR="00AD7AB1">
              <w:rPr>
                <w:sz w:val="20"/>
              </w:rPr>
              <w:t xml:space="preserve">been the home of </w:t>
            </w:r>
            <w:r>
              <w:rPr>
                <w:sz w:val="20"/>
              </w:rPr>
              <w:t>Karl</w:t>
            </w:r>
            <w:r w:rsidR="00AD7AB1">
              <w:rPr>
                <w:sz w:val="20"/>
              </w:rPr>
              <w:t xml:space="preserve"> </w:t>
            </w:r>
            <w:r>
              <w:rPr>
                <w:sz w:val="20"/>
              </w:rPr>
              <w:t>Marx. Named after a movie advertisement across the street, it remains a</w:t>
            </w:r>
            <w:r>
              <w:rPr>
                <w:sz w:val="20"/>
              </w:rPr>
              <w:t xml:space="preserve"> </w:t>
            </w:r>
            <w:r w:rsidR="00AD7AB1">
              <w:rPr>
                <w:sz w:val="20"/>
              </w:rPr>
              <w:t xml:space="preserve">popular </w:t>
            </w:r>
            <w:r>
              <w:rPr>
                <w:sz w:val="20"/>
              </w:rPr>
              <w:t>Soho culinary and social institution under Chef Jeremy Lee.</w:t>
            </w:r>
          </w:p>
          <w:p w14:paraId="1B9FFE9D" w14:textId="77777777" w:rsidR="00F41F79" w:rsidRDefault="000D7B8C">
            <w:pPr>
              <w:spacing w:after="0" w:line="288" w:lineRule="auto"/>
            </w:pPr>
            <w:r>
              <w:rPr>
                <w:b/>
                <w:color w:val="00204A"/>
                <w:sz w:val="19"/>
              </w:rPr>
              <w:t xml:space="preserve">Address: </w:t>
            </w:r>
            <w:r>
              <w:t>26–29 Dean Street, Soho, London W1D 3LL</w:t>
            </w:r>
            <w:r>
              <w:br/>
            </w:r>
            <w:r>
              <w:rPr>
                <w:b/>
                <w:color w:val="00204A"/>
                <w:sz w:val="19"/>
              </w:rPr>
              <w:t xml:space="preserve">Telephone: </w:t>
            </w:r>
            <w:r>
              <w:t>+44 (0)20 7437 9585</w:t>
            </w:r>
            <w:r>
              <w:br/>
            </w:r>
            <w:r>
              <w:rPr>
                <w:b/>
                <w:color w:val="00204A"/>
                <w:sz w:val="19"/>
              </w:rPr>
              <w:t xml:space="preserve">Website: </w:t>
            </w:r>
            <w:r>
              <w:rPr>
                <w:i/>
                <w:sz w:val="19"/>
              </w:rPr>
              <w:t>www.quovadissoho.co.uk</w:t>
            </w:r>
          </w:p>
        </w:tc>
      </w:tr>
    </w:tbl>
    <w:p w14:paraId="2B6877FA" w14:textId="77777777" w:rsidR="00F41F79" w:rsidRDefault="00F41F79">
      <w:pPr>
        <w:spacing w:after="120"/>
      </w:pPr>
    </w:p>
    <w:p w14:paraId="63D70F05" w14:textId="77777777" w:rsidR="00AD7AB1" w:rsidRDefault="00AD7AB1">
      <w:pPr>
        <w:spacing w:after="120"/>
      </w:pPr>
    </w:p>
    <w:p w14:paraId="5304694D" w14:textId="77777777" w:rsidR="00AD7AB1" w:rsidRDefault="00AD7AB1">
      <w:pPr>
        <w:spacing w:after="120"/>
      </w:pPr>
    </w:p>
    <w:tbl>
      <w:tblPr>
        <w:tblW w:w="0" w:type="auto"/>
        <w:jc w:val="center"/>
        <w:tblLayout w:type="fixed"/>
        <w:tblLook w:val="04A0" w:firstRow="1" w:lastRow="0" w:firstColumn="1" w:lastColumn="0" w:noHBand="0" w:noVBand="1"/>
      </w:tblPr>
      <w:tblGrid>
        <w:gridCol w:w="9360"/>
      </w:tblGrid>
      <w:tr w:rsidR="00F41F79" w14:paraId="219265A2" w14:textId="77777777">
        <w:trPr>
          <w:jc w:val="center"/>
        </w:trPr>
        <w:tc>
          <w:tcPr>
            <w:tcW w:w="9360" w:type="dxa"/>
            <w:tcBorders>
              <w:top w:val="single" w:sz="4" w:space="0" w:color="CCCCCC"/>
              <w:left w:val="single" w:sz="24" w:space="0" w:color="00204A"/>
              <w:bottom w:val="single" w:sz="4" w:space="0" w:color="CCCCCC"/>
              <w:right w:val="single" w:sz="4" w:space="0" w:color="CCCCCC"/>
            </w:tcBorders>
            <w:shd w:val="clear" w:color="auto" w:fill="F4F6F9"/>
            <w:tcMar>
              <w:top w:w="140" w:type="dxa"/>
              <w:left w:w="200" w:type="dxa"/>
              <w:bottom w:w="140" w:type="dxa"/>
              <w:right w:w="200" w:type="dxa"/>
            </w:tcMar>
          </w:tcPr>
          <w:p w14:paraId="61CF71A8" w14:textId="77777777" w:rsidR="00F41F79" w:rsidRDefault="000D7B8C">
            <w:pPr>
              <w:spacing w:after="80"/>
            </w:pPr>
            <w:r>
              <w:rPr>
                <w:b/>
                <w:color w:val="00204A"/>
                <w:sz w:val="26"/>
              </w:rPr>
              <w:t xml:space="preserve">10. Veeraswamy </w:t>
            </w:r>
            <w:r>
              <w:rPr>
                <w:b/>
                <w:color w:val="646E78"/>
                <w:sz w:val="22"/>
              </w:rPr>
              <w:t>(Est. 1926)</w:t>
            </w:r>
          </w:p>
          <w:p w14:paraId="6E4830F1" w14:textId="77777777" w:rsidR="00F41F79" w:rsidRDefault="000D7B8C">
            <w:pPr>
              <w:spacing w:after="80"/>
            </w:pPr>
            <w:r>
              <w:rPr>
                <w:b/>
                <w:color w:val="646E78"/>
                <w:sz w:val="19"/>
              </w:rPr>
              <w:t xml:space="preserve">Location: </w:t>
            </w:r>
            <w:r>
              <w:t xml:space="preserve">Mayfair   |   </w:t>
            </w:r>
            <w:r>
              <w:rPr>
                <w:b/>
                <w:color w:val="646E78"/>
                <w:sz w:val="19"/>
              </w:rPr>
              <w:t xml:space="preserve">Specialty: </w:t>
            </w:r>
            <w:r>
              <w:rPr>
                <w:b/>
                <w:sz w:val="19"/>
              </w:rPr>
              <w:t>Fine Dining Regional Indian</w:t>
            </w:r>
          </w:p>
          <w:p w14:paraId="628A7181" w14:textId="77777777" w:rsidR="00F41F79" w:rsidRDefault="000D7B8C">
            <w:pPr>
              <w:spacing w:before="40" w:after="160"/>
            </w:pPr>
            <w:r>
              <w:rPr>
                <w:b/>
                <w:color w:val="00204A"/>
                <w:sz w:val="20"/>
              </w:rPr>
              <w:t xml:space="preserve">Short History: </w:t>
            </w:r>
            <w:r>
              <w:rPr>
                <w:sz w:val="20"/>
              </w:rPr>
              <w:t>The oldest surviving Indian restaurant in the UK. Founded by Edward Palmer—a retired British Indian Army officer and great-grandson of an Indian Mughal princess—it introduced high-end Indian gastronomy to London and still holds a Michelin star today.</w:t>
            </w:r>
          </w:p>
          <w:p w14:paraId="7431478A" w14:textId="77777777" w:rsidR="00F41F79" w:rsidRDefault="000D7B8C">
            <w:pPr>
              <w:spacing w:after="0" w:line="288" w:lineRule="auto"/>
            </w:pPr>
            <w:r>
              <w:rPr>
                <w:b/>
                <w:color w:val="00204A"/>
                <w:sz w:val="19"/>
              </w:rPr>
              <w:t xml:space="preserve">Address: </w:t>
            </w:r>
            <w:r>
              <w:t>Victory House, 99–101 Regent Street, Mayfair, London W1B 4RS</w:t>
            </w:r>
            <w:r>
              <w:br/>
            </w:r>
            <w:r>
              <w:rPr>
                <w:b/>
                <w:color w:val="00204A"/>
                <w:sz w:val="19"/>
              </w:rPr>
              <w:t xml:space="preserve">Telephone: </w:t>
            </w:r>
            <w:r>
              <w:t>+44 (0)20 7734 1401</w:t>
            </w:r>
            <w:r>
              <w:br/>
            </w:r>
            <w:r>
              <w:rPr>
                <w:b/>
                <w:color w:val="00204A"/>
                <w:sz w:val="19"/>
              </w:rPr>
              <w:t xml:space="preserve">Website: </w:t>
            </w:r>
            <w:r>
              <w:rPr>
                <w:i/>
                <w:sz w:val="19"/>
              </w:rPr>
              <w:t>www.veeraswamy.com</w:t>
            </w:r>
          </w:p>
        </w:tc>
      </w:tr>
    </w:tbl>
    <w:p w14:paraId="0851ABEE" w14:textId="77777777" w:rsidR="00F41F79" w:rsidRDefault="00F41F79">
      <w:pPr>
        <w:spacing w:after="120"/>
      </w:pPr>
    </w:p>
    <w:sectPr w:rsidR="00F41F7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9208154">
    <w:abstractNumId w:val="8"/>
  </w:num>
  <w:num w:numId="2" w16cid:durableId="339625718">
    <w:abstractNumId w:val="6"/>
  </w:num>
  <w:num w:numId="3" w16cid:durableId="158620594">
    <w:abstractNumId w:val="5"/>
  </w:num>
  <w:num w:numId="4" w16cid:durableId="858087983">
    <w:abstractNumId w:val="4"/>
  </w:num>
  <w:num w:numId="5" w16cid:durableId="853226852">
    <w:abstractNumId w:val="7"/>
  </w:num>
  <w:num w:numId="6" w16cid:durableId="1696808462">
    <w:abstractNumId w:val="3"/>
  </w:num>
  <w:num w:numId="7" w16cid:durableId="1537307249">
    <w:abstractNumId w:val="2"/>
  </w:num>
  <w:num w:numId="8" w16cid:durableId="96368004">
    <w:abstractNumId w:val="1"/>
  </w:num>
  <w:num w:numId="9" w16cid:durableId="3189661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B8C"/>
    <w:rsid w:val="0015074B"/>
    <w:rsid w:val="0029639D"/>
    <w:rsid w:val="00326F90"/>
    <w:rsid w:val="00474180"/>
    <w:rsid w:val="005C5F61"/>
    <w:rsid w:val="00AA1D8D"/>
    <w:rsid w:val="00AD7AB1"/>
    <w:rsid w:val="00B47730"/>
    <w:rsid w:val="00CB0664"/>
    <w:rsid w:val="00F41F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4B04B0"/>
  <w14:defaultImageDpi w14:val="300"/>
  <w15:docId w15:val="{D5EFDC7A-EBE6-A84D-8789-7B13B00C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eorgia" w:hAnsi="Georgia"/>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Clivaz</cp:lastModifiedBy>
  <cp:revision>2</cp:revision>
  <dcterms:created xsi:type="dcterms:W3CDTF">2026-09-07T18:16:00Z</dcterms:created>
  <dcterms:modified xsi:type="dcterms:W3CDTF">2026-09-07T18:16:00Z</dcterms:modified>
  <cp:category/>
</cp:coreProperties>
</file>